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06B3" w14:textId="04A7CC77" w:rsidR="001446C1" w:rsidRPr="00645E98" w:rsidRDefault="00000000" w:rsidP="00645E98">
      <w:pPr>
        <w:pStyle w:val="Style1"/>
        <w:pageBreakBefore w:val="0"/>
      </w:pPr>
      <w:r w:rsidRPr="00EE7BE3">
        <w:rPr>
          <w:rStyle w:val="Heading1Char"/>
          <w:color w:val="auto"/>
        </w:rPr>
        <w:t xml:space="preserve">Pre-Authorization </w:t>
      </w:r>
      <w:proofErr w:type="gramStart"/>
      <w:r w:rsidRPr="00EE7BE3">
        <w:rPr>
          <w:rStyle w:val="Heading1Char"/>
          <w:color w:val="auto"/>
        </w:rPr>
        <w:t>Request  |</w:t>
      </w:r>
      <w:proofErr w:type="gramEnd"/>
      <w:r w:rsidRPr="00645E98">
        <w:t xml:space="preserve">  Annex M • Request details only; YHCS assessment and decision fields are in the internal packet.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50"/>
        <w:gridCol w:w="5150"/>
      </w:tblGrid>
      <w:tr w:rsidR="001446C1" w:rsidRPr="00645E98" w14:paraId="7B74B52D" w14:textId="77777777" w:rsidTr="00D92F21">
        <w:tc>
          <w:tcPr>
            <w:tcW w:w="5155" w:type="dxa"/>
          </w:tcPr>
          <w:p w14:paraId="269CB9FA" w14:textId="77777777" w:rsidR="001446C1" w:rsidRPr="00645E98" w:rsidRDefault="00000000" w:rsidP="00645E98">
            <w:pPr>
              <w:pStyle w:val="Style1"/>
            </w:pPr>
            <w:r w:rsidRPr="00645E98">
              <w:t>Clinical / Administrative Field</w:t>
            </w:r>
          </w:p>
        </w:tc>
        <w:tc>
          <w:tcPr>
            <w:tcW w:w="5155" w:type="dxa"/>
          </w:tcPr>
          <w:p w14:paraId="65976118" w14:textId="77777777" w:rsidR="001446C1" w:rsidRPr="00645E98" w:rsidRDefault="00000000" w:rsidP="00645E98">
            <w:pPr>
              <w:pStyle w:val="Style1"/>
            </w:pPr>
            <w:r w:rsidRPr="00645E98">
              <w:t>Details</w:t>
            </w:r>
          </w:p>
        </w:tc>
      </w:tr>
      <w:tr w:rsidR="001446C1" w:rsidRPr="00645E98" w14:paraId="46D7C079" w14:textId="77777777" w:rsidTr="00D92F21">
        <w:tc>
          <w:tcPr>
            <w:tcW w:w="5155" w:type="dxa"/>
          </w:tcPr>
          <w:p w14:paraId="475768EC" w14:textId="77777777" w:rsidR="001446C1" w:rsidRPr="00645E98" w:rsidRDefault="00000000" w:rsidP="00645E98">
            <w:pPr>
              <w:pStyle w:val="Style1"/>
            </w:pPr>
            <w:r w:rsidRPr="00645E98">
              <w:t>Member Name / ID</w:t>
            </w:r>
          </w:p>
        </w:tc>
        <w:tc>
          <w:tcPr>
            <w:tcW w:w="5155" w:type="dxa"/>
          </w:tcPr>
          <w:p w14:paraId="7F60FD06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7DC802A" w14:textId="77777777" w:rsidTr="00D92F21">
        <w:tc>
          <w:tcPr>
            <w:tcW w:w="5155" w:type="dxa"/>
          </w:tcPr>
          <w:p w14:paraId="5DFFAE02" w14:textId="77777777" w:rsidR="001446C1" w:rsidRPr="00645E98" w:rsidRDefault="00000000" w:rsidP="00645E98">
            <w:pPr>
              <w:pStyle w:val="Style1"/>
            </w:pPr>
            <w:r w:rsidRPr="00645E98">
              <w:t>Provider / Doctor</w:t>
            </w:r>
          </w:p>
        </w:tc>
        <w:tc>
          <w:tcPr>
            <w:tcW w:w="5155" w:type="dxa"/>
          </w:tcPr>
          <w:p w14:paraId="34C36A94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82E8A28" w14:textId="77777777" w:rsidTr="00D92F21">
        <w:tc>
          <w:tcPr>
            <w:tcW w:w="5155" w:type="dxa"/>
          </w:tcPr>
          <w:p w14:paraId="712DA146" w14:textId="77777777" w:rsidR="001446C1" w:rsidRPr="00645E98" w:rsidRDefault="00000000" w:rsidP="00645E98">
            <w:pPr>
              <w:pStyle w:val="Style1"/>
            </w:pPr>
            <w:r w:rsidRPr="00645E98">
              <w:t>Diagnosis / Symptoms</w:t>
            </w:r>
          </w:p>
        </w:tc>
        <w:tc>
          <w:tcPr>
            <w:tcW w:w="5155" w:type="dxa"/>
          </w:tcPr>
          <w:p w14:paraId="7E90E859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F0D8F04" w14:textId="77777777" w:rsidTr="00D92F21">
        <w:tc>
          <w:tcPr>
            <w:tcW w:w="5155" w:type="dxa"/>
          </w:tcPr>
          <w:p w14:paraId="4C76E2B1" w14:textId="77777777" w:rsidR="001446C1" w:rsidRPr="00645E98" w:rsidRDefault="00000000" w:rsidP="00645E98">
            <w:pPr>
              <w:pStyle w:val="Style1"/>
            </w:pPr>
            <w:r w:rsidRPr="00645E98">
              <w:t>Requested Service</w:t>
            </w:r>
          </w:p>
        </w:tc>
        <w:tc>
          <w:tcPr>
            <w:tcW w:w="5155" w:type="dxa"/>
          </w:tcPr>
          <w:p w14:paraId="07E3890E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74B6EC84" w14:textId="77777777" w:rsidTr="00D92F21">
        <w:tc>
          <w:tcPr>
            <w:tcW w:w="5155" w:type="dxa"/>
          </w:tcPr>
          <w:p w14:paraId="06345763" w14:textId="77777777" w:rsidR="001446C1" w:rsidRPr="00645E98" w:rsidRDefault="00000000" w:rsidP="00645E98">
            <w:pPr>
              <w:pStyle w:val="Style1"/>
            </w:pPr>
            <w:r w:rsidRPr="00645E98">
              <w:t>Planned Date</w:t>
            </w:r>
          </w:p>
        </w:tc>
        <w:tc>
          <w:tcPr>
            <w:tcW w:w="5155" w:type="dxa"/>
          </w:tcPr>
          <w:p w14:paraId="210916A8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17C99ED" w14:textId="77777777" w:rsidTr="00D92F21">
        <w:tc>
          <w:tcPr>
            <w:tcW w:w="5155" w:type="dxa"/>
          </w:tcPr>
          <w:p w14:paraId="289C7AB7" w14:textId="77777777" w:rsidR="001446C1" w:rsidRPr="00645E98" w:rsidRDefault="00000000" w:rsidP="00645E98">
            <w:pPr>
              <w:pStyle w:val="Style1"/>
            </w:pPr>
            <w:r w:rsidRPr="00645E98">
              <w:t>Estimated Cost</w:t>
            </w:r>
          </w:p>
        </w:tc>
        <w:tc>
          <w:tcPr>
            <w:tcW w:w="5155" w:type="dxa"/>
          </w:tcPr>
          <w:p w14:paraId="161C9493" w14:textId="77777777" w:rsidR="001446C1" w:rsidRPr="00645E98" w:rsidRDefault="001446C1" w:rsidP="00645E98">
            <w:pPr>
              <w:pStyle w:val="Style1"/>
            </w:pPr>
          </w:p>
        </w:tc>
      </w:tr>
    </w:tbl>
    <w:p w14:paraId="042A00BA" w14:textId="77777777" w:rsidR="001446C1" w:rsidRPr="00645E98" w:rsidRDefault="001446C1" w:rsidP="00645E98">
      <w:pPr>
        <w:pStyle w:val="Style1"/>
      </w:pPr>
    </w:p>
    <w:sectPr w:rsidR="001446C1" w:rsidRPr="00645E98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114153">
    <w:abstractNumId w:val="8"/>
  </w:num>
  <w:num w:numId="2" w16cid:durableId="1155955259">
    <w:abstractNumId w:val="6"/>
  </w:num>
  <w:num w:numId="3" w16cid:durableId="113714096">
    <w:abstractNumId w:val="5"/>
  </w:num>
  <w:num w:numId="4" w16cid:durableId="1711883167">
    <w:abstractNumId w:val="4"/>
  </w:num>
  <w:num w:numId="5" w16cid:durableId="1210455745">
    <w:abstractNumId w:val="7"/>
  </w:num>
  <w:num w:numId="6" w16cid:durableId="825047336">
    <w:abstractNumId w:val="3"/>
  </w:num>
  <w:num w:numId="7" w16cid:durableId="190270233">
    <w:abstractNumId w:val="2"/>
  </w:num>
  <w:num w:numId="8" w16cid:durableId="247231907">
    <w:abstractNumId w:val="1"/>
  </w:num>
  <w:num w:numId="9" w16cid:durableId="206825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8E"/>
    <w:rsid w:val="00034616"/>
    <w:rsid w:val="0006063C"/>
    <w:rsid w:val="001446C1"/>
    <w:rsid w:val="0015074B"/>
    <w:rsid w:val="0021727F"/>
    <w:rsid w:val="0029639D"/>
    <w:rsid w:val="00326F90"/>
    <w:rsid w:val="003F3FDB"/>
    <w:rsid w:val="00645E98"/>
    <w:rsid w:val="006F7932"/>
    <w:rsid w:val="00AA1D8D"/>
    <w:rsid w:val="00B47730"/>
    <w:rsid w:val="00CB0664"/>
    <w:rsid w:val="00D92F21"/>
    <w:rsid w:val="00EE7B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E8DE1B"/>
  <w14:defaultImageDpi w14:val="300"/>
  <w15:docId w15:val="{128DB132-9D09-423F-8E0A-E5703839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9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">
    <w:name w:val="Style1"/>
    <w:basedOn w:val="Normal"/>
    <w:link w:val="Style1Char"/>
    <w:qFormat/>
    <w:rsid w:val="00645E98"/>
  </w:style>
  <w:style w:type="character" w:customStyle="1" w:styleId="Style1Char">
    <w:name w:val="Style1 Char"/>
    <w:basedOn w:val="DefaultParagraphFont"/>
    <w:link w:val="Style1"/>
    <w:rsid w:val="00645E98"/>
    <w:rPr>
      <w:rFonts w:ascii="Aptos" w:hAnsi="Aptos"/>
      <w:color w:val="1E293B"/>
      <w:sz w:val="18"/>
    </w:rPr>
  </w:style>
  <w:style w:type="table" w:styleId="PlainTable4">
    <w:name w:val="Plain Table 4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D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Ibrahim</cp:lastModifiedBy>
  <cp:revision>2</cp:revision>
  <dcterms:created xsi:type="dcterms:W3CDTF">2026-09-28T09:46:00Z</dcterms:created>
  <dcterms:modified xsi:type="dcterms:W3CDTF">2026-09-28T09:46:00Z</dcterms:modified>
  <cp:category/>
</cp:coreProperties>
</file>