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4870E" w14:textId="7CDB018E" w:rsidR="001446C1" w:rsidRPr="006F7932" w:rsidRDefault="00000000" w:rsidP="006F7932">
      <w:pPr>
        <w:pStyle w:val="Heading1"/>
        <w:pageBreakBefore w:val="0"/>
      </w:pPr>
      <w:r w:rsidRPr="006F7932">
        <w:lastRenderedPageBreak/>
        <w:t xml:space="preserve">Optional Mahram Enrollment </w:t>
      </w:r>
      <w:proofErr w:type="gramStart"/>
      <w:r w:rsidRPr="006F7932">
        <w:t>Request  |</w:t>
      </w:r>
      <w:proofErr w:type="gramEnd"/>
      <w:r w:rsidRPr="006F7932">
        <w:t xml:space="preserve">  Annex I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150"/>
        <w:gridCol w:w="5150"/>
      </w:tblGrid>
      <w:tr w:rsidR="001446C1" w:rsidRPr="00645E98" w14:paraId="7AA2A61C" w14:textId="77777777" w:rsidTr="00D92F21">
        <w:tc>
          <w:tcPr>
            <w:tcW w:w="5155" w:type="dxa"/>
          </w:tcPr>
          <w:p w14:paraId="426DFFE0" w14:textId="77777777" w:rsidR="001446C1" w:rsidRPr="00645E98" w:rsidRDefault="00000000" w:rsidP="00645E98">
            <w:pPr>
              <w:pStyle w:val="Style1"/>
            </w:pPr>
            <w:r w:rsidRPr="00645E98">
              <w:t>Field</w:t>
            </w:r>
          </w:p>
        </w:tc>
        <w:tc>
          <w:tcPr>
            <w:tcW w:w="5155" w:type="dxa"/>
          </w:tcPr>
          <w:p w14:paraId="10FDFB69" w14:textId="77777777" w:rsidR="001446C1" w:rsidRPr="00645E98" w:rsidRDefault="00000000" w:rsidP="00645E98">
            <w:pPr>
              <w:pStyle w:val="Style1"/>
            </w:pPr>
            <w:r w:rsidRPr="00645E98">
              <w:t>Details</w:t>
            </w:r>
          </w:p>
        </w:tc>
      </w:tr>
      <w:tr w:rsidR="001446C1" w:rsidRPr="00645E98" w14:paraId="4228A0B9" w14:textId="77777777" w:rsidTr="00D92F21">
        <w:tc>
          <w:tcPr>
            <w:tcW w:w="5155" w:type="dxa"/>
          </w:tcPr>
          <w:p w14:paraId="4CCB7E80" w14:textId="77777777" w:rsidR="001446C1" w:rsidRPr="00645E98" w:rsidRDefault="00000000" w:rsidP="00645E98">
            <w:pPr>
              <w:pStyle w:val="Style1"/>
            </w:pPr>
            <w:r w:rsidRPr="00645E98">
              <w:t>Female Employee Name / ID</w:t>
            </w:r>
          </w:p>
        </w:tc>
        <w:tc>
          <w:tcPr>
            <w:tcW w:w="5155" w:type="dxa"/>
          </w:tcPr>
          <w:p w14:paraId="35C0D7EE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048D73F6" w14:textId="77777777" w:rsidTr="00D92F21">
        <w:tc>
          <w:tcPr>
            <w:tcW w:w="5155" w:type="dxa"/>
          </w:tcPr>
          <w:p w14:paraId="2BAABC30" w14:textId="77777777" w:rsidR="001446C1" w:rsidRPr="00645E98" w:rsidRDefault="00000000" w:rsidP="00645E98">
            <w:pPr>
              <w:pStyle w:val="Style1"/>
            </w:pPr>
            <w:r w:rsidRPr="00645E98">
              <w:t>Position / Province</w:t>
            </w:r>
          </w:p>
        </w:tc>
        <w:tc>
          <w:tcPr>
            <w:tcW w:w="5155" w:type="dxa"/>
          </w:tcPr>
          <w:p w14:paraId="50025541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64C469B3" w14:textId="77777777" w:rsidTr="00D92F21">
        <w:tc>
          <w:tcPr>
            <w:tcW w:w="5155" w:type="dxa"/>
          </w:tcPr>
          <w:p w14:paraId="41A65392" w14:textId="77777777" w:rsidR="001446C1" w:rsidRPr="00645E98" w:rsidRDefault="00000000" w:rsidP="00645E98">
            <w:pPr>
              <w:pStyle w:val="Style1"/>
            </w:pPr>
            <w:r w:rsidRPr="00645E98">
              <w:t>Mahram Full Name</w:t>
            </w:r>
          </w:p>
        </w:tc>
        <w:tc>
          <w:tcPr>
            <w:tcW w:w="5155" w:type="dxa"/>
          </w:tcPr>
          <w:p w14:paraId="24E0F284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3AE9024F" w14:textId="77777777" w:rsidTr="00D92F21">
        <w:tc>
          <w:tcPr>
            <w:tcW w:w="5155" w:type="dxa"/>
          </w:tcPr>
          <w:p w14:paraId="5E17D742" w14:textId="77777777" w:rsidR="001446C1" w:rsidRPr="00645E98" w:rsidRDefault="00000000" w:rsidP="00645E98">
            <w:pPr>
              <w:pStyle w:val="Style1"/>
            </w:pPr>
            <w:r w:rsidRPr="00645E98">
              <w:t>Relationship</w:t>
            </w:r>
          </w:p>
        </w:tc>
        <w:tc>
          <w:tcPr>
            <w:tcW w:w="5155" w:type="dxa"/>
          </w:tcPr>
          <w:p w14:paraId="53A9FA02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572F18CA" w14:textId="77777777" w:rsidTr="00D92F21">
        <w:tc>
          <w:tcPr>
            <w:tcW w:w="5155" w:type="dxa"/>
          </w:tcPr>
          <w:p w14:paraId="180A538A" w14:textId="77777777" w:rsidR="001446C1" w:rsidRPr="00645E98" w:rsidRDefault="00000000" w:rsidP="00645E98">
            <w:pPr>
              <w:pStyle w:val="Style1"/>
            </w:pPr>
            <w:r w:rsidRPr="00645E98">
              <w:t xml:space="preserve">Mahram ID / </w:t>
            </w:r>
            <w:proofErr w:type="spellStart"/>
            <w:r w:rsidRPr="00645E98">
              <w:t>Tazkira</w:t>
            </w:r>
            <w:proofErr w:type="spellEnd"/>
            <w:r w:rsidRPr="00645E98">
              <w:t xml:space="preserve"> Reference</w:t>
            </w:r>
          </w:p>
        </w:tc>
        <w:tc>
          <w:tcPr>
            <w:tcW w:w="5155" w:type="dxa"/>
          </w:tcPr>
          <w:p w14:paraId="5F338982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6667B27C" w14:textId="77777777" w:rsidTr="00D92F21">
        <w:tc>
          <w:tcPr>
            <w:tcW w:w="5155" w:type="dxa"/>
          </w:tcPr>
          <w:p w14:paraId="44D6F20C" w14:textId="77777777" w:rsidR="001446C1" w:rsidRPr="00645E98" w:rsidRDefault="00000000" w:rsidP="00645E98">
            <w:pPr>
              <w:pStyle w:val="Style1"/>
            </w:pPr>
            <w:r w:rsidRPr="00645E98">
              <w:t>Date of Birth / Age</w:t>
            </w:r>
          </w:p>
        </w:tc>
        <w:tc>
          <w:tcPr>
            <w:tcW w:w="5155" w:type="dxa"/>
          </w:tcPr>
          <w:p w14:paraId="05108916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5F0EA147" w14:textId="77777777" w:rsidTr="00D92F21">
        <w:tc>
          <w:tcPr>
            <w:tcW w:w="5155" w:type="dxa"/>
          </w:tcPr>
          <w:p w14:paraId="3337204E" w14:textId="77777777" w:rsidR="001446C1" w:rsidRPr="00645E98" w:rsidRDefault="00000000" w:rsidP="00645E98">
            <w:pPr>
              <w:pStyle w:val="Style1"/>
            </w:pPr>
            <w:r w:rsidRPr="00645E98">
              <w:t>Requested Enrollment Period</w:t>
            </w:r>
          </w:p>
        </w:tc>
        <w:tc>
          <w:tcPr>
            <w:tcW w:w="5155" w:type="dxa"/>
          </w:tcPr>
          <w:p w14:paraId="64DF2155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4A7A92E5" w14:textId="77777777" w:rsidTr="00D92F21">
        <w:tc>
          <w:tcPr>
            <w:tcW w:w="5155" w:type="dxa"/>
          </w:tcPr>
          <w:p w14:paraId="4F4E141B" w14:textId="77777777" w:rsidR="001446C1" w:rsidRPr="00645E98" w:rsidRDefault="00000000" w:rsidP="00645E98">
            <w:pPr>
              <w:pStyle w:val="Style1"/>
            </w:pPr>
            <w:r w:rsidRPr="00645E98">
              <w:t>Applicable Contribution</w:t>
            </w:r>
          </w:p>
        </w:tc>
        <w:tc>
          <w:tcPr>
            <w:tcW w:w="5155" w:type="dxa"/>
          </w:tcPr>
          <w:p w14:paraId="01663E8F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32409D63" w14:textId="77777777" w:rsidTr="00D92F21">
        <w:tc>
          <w:tcPr>
            <w:tcW w:w="5155" w:type="dxa"/>
          </w:tcPr>
          <w:p w14:paraId="5B6235B4" w14:textId="77777777" w:rsidR="001446C1" w:rsidRPr="00645E98" w:rsidRDefault="00000000" w:rsidP="00645E98">
            <w:pPr>
              <w:pStyle w:val="Style1"/>
            </w:pPr>
            <w:r w:rsidRPr="00645E98">
              <w:t>Payment Method</w:t>
            </w:r>
          </w:p>
        </w:tc>
        <w:tc>
          <w:tcPr>
            <w:tcW w:w="5155" w:type="dxa"/>
          </w:tcPr>
          <w:p w14:paraId="61B32FE0" w14:textId="77777777" w:rsidR="001446C1" w:rsidRPr="00645E98" w:rsidRDefault="00000000" w:rsidP="00645E98">
            <w:pPr>
              <w:pStyle w:val="Style1"/>
            </w:pPr>
            <w:r w:rsidRPr="00645E98">
              <w:t>☐ Employee via BCS ☐ Other agreed method</w:t>
            </w:r>
          </w:p>
        </w:tc>
      </w:tr>
      <w:tr w:rsidR="001446C1" w:rsidRPr="00645E98" w14:paraId="2B61FF1A" w14:textId="77777777" w:rsidTr="00D92F21">
        <w:tc>
          <w:tcPr>
            <w:tcW w:w="5155" w:type="dxa"/>
          </w:tcPr>
          <w:p w14:paraId="73E29FDA" w14:textId="77777777" w:rsidR="001446C1" w:rsidRPr="00645E98" w:rsidRDefault="00000000" w:rsidP="00645E98">
            <w:pPr>
              <w:pStyle w:val="Style1"/>
            </w:pPr>
            <w:r w:rsidRPr="00645E98">
              <w:t>Benefits</w:t>
            </w:r>
          </w:p>
        </w:tc>
        <w:tc>
          <w:tcPr>
            <w:tcW w:w="5155" w:type="dxa"/>
          </w:tcPr>
          <w:p w14:paraId="581B5392" w14:textId="77777777" w:rsidR="001446C1" w:rsidRPr="00645E98" w:rsidRDefault="00000000" w:rsidP="00645E98">
            <w:pPr>
              <w:pStyle w:val="Style1"/>
            </w:pPr>
            <w:r w:rsidRPr="00645E98">
              <w:t>☐ Standard enrolled-member schedule ☐ Special schedule attached</w:t>
            </w:r>
          </w:p>
        </w:tc>
      </w:tr>
      <w:tr w:rsidR="001446C1" w:rsidRPr="00645E98" w14:paraId="66439C12" w14:textId="77777777" w:rsidTr="00D92F21">
        <w:tc>
          <w:tcPr>
            <w:tcW w:w="5155" w:type="dxa"/>
          </w:tcPr>
          <w:p w14:paraId="698453F9" w14:textId="77777777" w:rsidR="001446C1" w:rsidRPr="00645E98" w:rsidRDefault="00000000" w:rsidP="00645E98">
            <w:pPr>
              <w:pStyle w:val="Style1"/>
            </w:pPr>
            <w:r w:rsidRPr="00645E98">
              <w:t>Effective Date after YHCS Acceptance</w:t>
            </w:r>
          </w:p>
        </w:tc>
        <w:tc>
          <w:tcPr>
            <w:tcW w:w="5155" w:type="dxa"/>
          </w:tcPr>
          <w:p w14:paraId="149654E5" w14:textId="77777777" w:rsidR="001446C1" w:rsidRPr="00645E98" w:rsidRDefault="001446C1" w:rsidP="00645E98">
            <w:pPr>
              <w:pStyle w:val="Style1"/>
            </w:pPr>
          </w:p>
        </w:tc>
      </w:tr>
    </w:tbl>
    <w:p w14:paraId="4AC7584C" w14:textId="77777777" w:rsidR="001446C1" w:rsidRPr="00645E98" w:rsidRDefault="001446C1" w:rsidP="00645E98">
      <w:pPr>
        <w:pStyle w:val="Style1"/>
      </w:pPr>
    </w:p>
    <w:p w14:paraId="5C933BD1" w14:textId="77777777" w:rsidR="001446C1" w:rsidRPr="00645E98" w:rsidRDefault="00000000" w:rsidP="00645E98">
      <w:pPr>
        <w:pStyle w:val="Style1"/>
      </w:pPr>
      <w:r w:rsidRPr="00645E98">
        <w:t>Employee declaration: I voluntarily request enrollment of the above Mahram and acknowledge the applicable additional cost and Scheme conditions.</w:t>
      </w:r>
    </w:p>
    <w:p w14:paraId="176AA376" w14:textId="6FBAD621" w:rsidR="001446C1" w:rsidRPr="00645E98" w:rsidRDefault="00000000" w:rsidP="00645E98">
      <w:pPr>
        <w:pStyle w:val="Style1"/>
      </w:pPr>
      <w:r w:rsidRPr="00645E98">
        <w:t>Employee Signature: __________________    BCS Approval: __________________    YHCS Acceptance: _________________</w:t>
      </w:r>
    </w:p>
    <w:p w14:paraId="571D31B0" w14:textId="77777777" w:rsidR="006F7932" w:rsidRDefault="006F7932" w:rsidP="00645E98">
      <w:pPr>
        <w:pStyle w:val="Style1"/>
        <w:rPr>
          <w:rStyle w:val="Heading1Char"/>
        </w:rPr>
      </w:pPr>
    </w:p>
    <w:sectPr w:rsidR="001446C1" w:rsidRPr="00645E98" w:rsidSect="00034616">
      <w:pgSz w:w="12240" w:h="15840"/>
      <w:pgMar w:top="893" w:right="965" w:bottom="893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8114153">
    <w:abstractNumId w:val="8"/>
  </w:num>
  <w:num w:numId="2" w16cid:durableId="1155955259">
    <w:abstractNumId w:val="6"/>
  </w:num>
  <w:num w:numId="3" w16cid:durableId="113714096">
    <w:abstractNumId w:val="5"/>
  </w:num>
  <w:num w:numId="4" w16cid:durableId="1711883167">
    <w:abstractNumId w:val="4"/>
  </w:num>
  <w:num w:numId="5" w16cid:durableId="1210455745">
    <w:abstractNumId w:val="7"/>
  </w:num>
  <w:num w:numId="6" w16cid:durableId="825047336">
    <w:abstractNumId w:val="3"/>
  </w:num>
  <w:num w:numId="7" w16cid:durableId="190270233">
    <w:abstractNumId w:val="2"/>
  </w:num>
  <w:num w:numId="8" w16cid:durableId="247231907">
    <w:abstractNumId w:val="1"/>
  </w:num>
  <w:num w:numId="9" w16cid:durableId="2068256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28E"/>
    <w:rsid w:val="00034616"/>
    <w:rsid w:val="0006063C"/>
    <w:rsid w:val="001446C1"/>
    <w:rsid w:val="0015074B"/>
    <w:rsid w:val="0021727F"/>
    <w:rsid w:val="0029639D"/>
    <w:rsid w:val="00326F90"/>
    <w:rsid w:val="003F3FDB"/>
    <w:rsid w:val="00645E98"/>
    <w:rsid w:val="006F7932"/>
    <w:rsid w:val="00AA1D8D"/>
    <w:rsid w:val="00B47730"/>
    <w:rsid w:val="00CB0664"/>
    <w:rsid w:val="00D92F21"/>
    <w:rsid w:val="00EE7B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E8DE1B"/>
  <w14:defaultImageDpi w14:val="300"/>
  <w15:docId w15:val="{128DB132-9D09-423F-8E0A-E5703839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E293B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before="180"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yle1">
    <w:name w:val="Style1"/>
    <w:basedOn w:val="Normal"/>
    <w:link w:val="Style1Char"/>
    <w:qFormat/>
    <w:rsid w:val="00645E98"/>
  </w:style>
  <w:style w:type="character" w:customStyle="1" w:styleId="Style1Char">
    <w:name w:val="Style1 Char"/>
    <w:basedOn w:val="DefaultParagraphFont"/>
    <w:link w:val="Style1"/>
    <w:rsid w:val="00645E98"/>
    <w:rPr>
      <w:rFonts w:ascii="Aptos" w:hAnsi="Aptos"/>
      <w:color w:val="1E293B"/>
      <w:sz w:val="18"/>
    </w:rPr>
  </w:style>
  <w:style w:type="table" w:styleId="PlainTable4">
    <w:name w:val="Plain Table 4"/>
    <w:basedOn w:val="TableNormal"/>
    <w:uiPriority w:val="99"/>
    <w:rsid w:val="00021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021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99"/>
    <w:rsid w:val="00D92F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Ibrahim</cp:lastModifiedBy>
  <cp:revision>2</cp:revision>
  <dcterms:created xsi:type="dcterms:W3CDTF">2026-09-28T09:46:00Z</dcterms:created>
  <dcterms:modified xsi:type="dcterms:W3CDTF">2026-09-28T09:46:00Z</dcterms:modified>
  <cp:category/>
</cp:coreProperties>
</file>