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BA202" w14:textId="29D645AF" w:rsidR="001446C1" w:rsidRPr="006F7932" w:rsidRDefault="00000000" w:rsidP="006F7932">
      <w:pPr>
        <w:pStyle w:val="Heading1"/>
        <w:pageBreakBefore w:val="0"/>
        <w:rPr>
          <w:rStyle w:val="Style1Char"/>
        </w:rPr>
      </w:pPr>
      <w:r w:rsidRPr="006F7932">
        <w:lastRenderedPageBreak/>
        <w:t xml:space="preserve">Medical Claim and Reimbursement Submission </w:t>
      </w:r>
      <w:r w:rsidR="0002128E">
        <w:t>|</w:t>
      </w:r>
      <w:r w:rsidRPr="006F7932">
        <w:t xml:space="preserve"> </w:t>
      </w:r>
      <w:r w:rsidRPr="006F7932">
        <w:rPr>
          <w:rStyle w:val="Style1Char"/>
        </w:rPr>
        <w:t>Annex G1 • Member and expense sections only.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151"/>
        <w:gridCol w:w="5149"/>
      </w:tblGrid>
      <w:tr w:rsidR="001446C1" w:rsidRPr="00645E98" w14:paraId="2143CCD4" w14:textId="77777777" w:rsidTr="00D92F21">
        <w:tc>
          <w:tcPr>
            <w:tcW w:w="5155" w:type="dxa"/>
          </w:tcPr>
          <w:p w14:paraId="3A531300" w14:textId="77777777" w:rsidR="001446C1" w:rsidRPr="00645E98" w:rsidRDefault="00000000" w:rsidP="00645E98">
            <w:pPr>
              <w:pStyle w:val="Style1"/>
            </w:pPr>
            <w:r w:rsidRPr="00645E98">
              <w:t>Section A – Member Information</w:t>
            </w:r>
          </w:p>
        </w:tc>
        <w:tc>
          <w:tcPr>
            <w:tcW w:w="5155" w:type="dxa"/>
          </w:tcPr>
          <w:p w14:paraId="200CAC89" w14:textId="77777777" w:rsidR="001446C1" w:rsidRPr="00645E98" w:rsidRDefault="00000000" w:rsidP="00645E98">
            <w:pPr>
              <w:pStyle w:val="Style1"/>
            </w:pPr>
            <w:r w:rsidRPr="00645E98">
              <w:t>Details</w:t>
            </w:r>
          </w:p>
        </w:tc>
      </w:tr>
      <w:tr w:rsidR="001446C1" w:rsidRPr="00645E98" w14:paraId="1670423B" w14:textId="77777777" w:rsidTr="00D92F21">
        <w:tc>
          <w:tcPr>
            <w:tcW w:w="5155" w:type="dxa"/>
          </w:tcPr>
          <w:p w14:paraId="41159850" w14:textId="77777777" w:rsidR="001446C1" w:rsidRPr="00645E98" w:rsidRDefault="00000000" w:rsidP="00645E98">
            <w:pPr>
              <w:pStyle w:val="Style1"/>
            </w:pPr>
            <w:r w:rsidRPr="00645E98">
              <w:t>Member Name</w:t>
            </w:r>
          </w:p>
        </w:tc>
        <w:tc>
          <w:tcPr>
            <w:tcW w:w="5155" w:type="dxa"/>
          </w:tcPr>
          <w:p w14:paraId="748110D9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F664A08" w14:textId="77777777" w:rsidTr="00D92F21">
        <w:tc>
          <w:tcPr>
            <w:tcW w:w="5155" w:type="dxa"/>
          </w:tcPr>
          <w:p w14:paraId="6BA98C66" w14:textId="77777777" w:rsidR="001446C1" w:rsidRPr="00645E98" w:rsidRDefault="00000000" w:rsidP="00645E98">
            <w:pPr>
              <w:pStyle w:val="Style1"/>
            </w:pPr>
            <w:r w:rsidRPr="00645E98">
              <w:t>Member ID</w:t>
            </w:r>
          </w:p>
        </w:tc>
        <w:tc>
          <w:tcPr>
            <w:tcW w:w="5155" w:type="dxa"/>
          </w:tcPr>
          <w:p w14:paraId="627C2362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54CFDFC3" w14:textId="77777777" w:rsidTr="00D92F21">
        <w:tc>
          <w:tcPr>
            <w:tcW w:w="5155" w:type="dxa"/>
          </w:tcPr>
          <w:p w14:paraId="2232F02C" w14:textId="77777777" w:rsidR="001446C1" w:rsidRPr="00645E98" w:rsidRDefault="00000000" w:rsidP="00645E98">
            <w:pPr>
              <w:pStyle w:val="Style1"/>
            </w:pPr>
            <w:r w:rsidRPr="00645E98">
              <w:t>Position</w:t>
            </w:r>
          </w:p>
        </w:tc>
        <w:tc>
          <w:tcPr>
            <w:tcW w:w="5155" w:type="dxa"/>
          </w:tcPr>
          <w:p w14:paraId="1734849B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240370E" w14:textId="77777777" w:rsidTr="00D92F21">
        <w:tc>
          <w:tcPr>
            <w:tcW w:w="5155" w:type="dxa"/>
          </w:tcPr>
          <w:p w14:paraId="45C8112F" w14:textId="77777777" w:rsidR="001446C1" w:rsidRPr="00645E98" w:rsidRDefault="00000000" w:rsidP="00645E98">
            <w:pPr>
              <w:pStyle w:val="Style1"/>
            </w:pPr>
            <w:r w:rsidRPr="00645E98">
              <w:t>Province/Duty Station</w:t>
            </w:r>
          </w:p>
        </w:tc>
        <w:tc>
          <w:tcPr>
            <w:tcW w:w="5155" w:type="dxa"/>
          </w:tcPr>
          <w:p w14:paraId="27480DA5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59D020B4" w14:textId="77777777" w:rsidTr="00D92F21">
        <w:tc>
          <w:tcPr>
            <w:tcW w:w="5155" w:type="dxa"/>
          </w:tcPr>
          <w:p w14:paraId="448CCBD5" w14:textId="77777777" w:rsidR="001446C1" w:rsidRPr="00645E98" w:rsidRDefault="00000000" w:rsidP="00645E98">
            <w:pPr>
              <w:pStyle w:val="Style1"/>
            </w:pPr>
            <w:r w:rsidRPr="00645E98">
              <w:t>Telephone</w:t>
            </w:r>
          </w:p>
        </w:tc>
        <w:tc>
          <w:tcPr>
            <w:tcW w:w="5155" w:type="dxa"/>
          </w:tcPr>
          <w:p w14:paraId="6874899C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08E35AFD" w14:textId="77777777" w:rsidTr="00D92F21">
        <w:tc>
          <w:tcPr>
            <w:tcW w:w="5155" w:type="dxa"/>
          </w:tcPr>
          <w:p w14:paraId="20837CF9" w14:textId="77777777" w:rsidR="001446C1" w:rsidRPr="00645E98" w:rsidRDefault="00000000" w:rsidP="00645E98">
            <w:pPr>
              <w:pStyle w:val="Style1"/>
            </w:pPr>
            <w:r w:rsidRPr="00645E98">
              <w:t>Claim Type</w:t>
            </w:r>
          </w:p>
        </w:tc>
        <w:tc>
          <w:tcPr>
            <w:tcW w:w="5155" w:type="dxa"/>
          </w:tcPr>
          <w:p w14:paraId="6F5E1F4A" w14:textId="77777777" w:rsidR="001446C1" w:rsidRPr="00645E98" w:rsidRDefault="00000000" w:rsidP="00645E98">
            <w:pPr>
              <w:pStyle w:val="Style1"/>
            </w:pPr>
            <w:r w:rsidRPr="00645E98">
              <w:t>☐ OPD ☐ Inpatient ☐ Maternity ☐ Dental ☐ Optical ☐ Diagnostic ☐ Other</w:t>
            </w:r>
          </w:p>
        </w:tc>
      </w:tr>
      <w:tr w:rsidR="001446C1" w:rsidRPr="00645E98" w14:paraId="7EFB5A5A" w14:textId="77777777" w:rsidTr="00D92F21">
        <w:tc>
          <w:tcPr>
            <w:tcW w:w="5155" w:type="dxa"/>
          </w:tcPr>
          <w:p w14:paraId="15264E31" w14:textId="77777777" w:rsidR="001446C1" w:rsidRPr="00645E98" w:rsidRDefault="00000000" w:rsidP="00645E98">
            <w:pPr>
              <w:pStyle w:val="Style1"/>
            </w:pPr>
            <w:r w:rsidRPr="00645E98">
              <w:t>Provider Name / Location</w:t>
            </w:r>
          </w:p>
        </w:tc>
        <w:tc>
          <w:tcPr>
            <w:tcW w:w="5155" w:type="dxa"/>
          </w:tcPr>
          <w:p w14:paraId="79925CB4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44F42EB" w14:textId="77777777" w:rsidTr="00D92F21">
        <w:tc>
          <w:tcPr>
            <w:tcW w:w="5155" w:type="dxa"/>
          </w:tcPr>
          <w:p w14:paraId="0BC61D5E" w14:textId="77777777" w:rsidR="001446C1" w:rsidRPr="00645E98" w:rsidRDefault="00000000" w:rsidP="00645E98">
            <w:pPr>
              <w:pStyle w:val="Style1"/>
            </w:pPr>
            <w:r w:rsidRPr="00645E98">
              <w:t>Treatment Date(s)</w:t>
            </w:r>
          </w:p>
        </w:tc>
        <w:tc>
          <w:tcPr>
            <w:tcW w:w="5155" w:type="dxa"/>
          </w:tcPr>
          <w:p w14:paraId="4A615D90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6DC1F732" w14:textId="77777777" w:rsidTr="00D92F21">
        <w:tc>
          <w:tcPr>
            <w:tcW w:w="5155" w:type="dxa"/>
          </w:tcPr>
          <w:p w14:paraId="3FC6F089" w14:textId="77777777" w:rsidR="001446C1" w:rsidRPr="00645E98" w:rsidRDefault="00000000" w:rsidP="00645E98">
            <w:pPr>
              <w:pStyle w:val="Style1"/>
            </w:pPr>
            <w:r w:rsidRPr="00645E98">
              <w:t>Diagnosis / Main Complaint</w:t>
            </w:r>
          </w:p>
        </w:tc>
        <w:tc>
          <w:tcPr>
            <w:tcW w:w="5155" w:type="dxa"/>
          </w:tcPr>
          <w:p w14:paraId="4E069654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B5BF34E" w14:textId="77777777" w:rsidTr="00D92F21">
        <w:tc>
          <w:tcPr>
            <w:tcW w:w="5155" w:type="dxa"/>
          </w:tcPr>
          <w:p w14:paraId="45351B78" w14:textId="77777777" w:rsidR="001446C1" w:rsidRPr="00645E98" w:rsidRDefault="00000000" w:rsidP="00645E98">
            <w:pPr>
              <w:pStyle w:val="Style1"/>
            </w:pPr>
            <w:r w:rsidRPr="00645E98">
              <w:t>Section B – Expense Details</w:t>
            </w:r>
          </w:p>
        </w:tc>
        <w:tc>
          <w:tcPr>
            <w:tcW w:w="5155" w:type="dxa"/>
          </w:tcPr>
          <w:p w14:paraId="216BB06C" w14:textId="77777777" w:rsidR="001446C1" w:rsidRPr="00645E98" w:rsidRDefault="00000000" w:rsidP="00645E98">
            <w:pPr>
              <w:pStyle w:val="Style1"/>
            </w:pPr>
            <w:r w:rsidRPr="00645E98">
              <w:t>Amount</w:t>
            </w:r>
          </w:p>
        </w:tc>
      </w:tr>
      <w:tr w:rsidR="001446C1" w:rsidRPr="00645E98" w14:paraId="0A44D15D" w14:textId="77777777" w:rsidTr="00D92F21">
        <w:tc>
          <w:tcPr>
            <w:tcW w:w="5155" w:type="dxa"/>
          </w:tcPr>
          <w:p w14:paraId="5191C988" w14:textId="77777777" w:rsidR="001446C1" w:rsidRPr="00645E98" w:rsidRDefault="00000000" w:rsidP="00645E98">
            <w:pPr>
              <w:pStyle w:val="Style1"/>
            </w:pPr>
            <w:r w:rsidRPr="00645E98">
              <w:t>Consultation</w:t>
            </w:r>
          </w:p>
        </w:tc>
        <w:tc>
          <w:tcPr>
            <w:tcW w:w="5155" w:type="dxa"/>
          </w:tcPr>
          <w:p w14:paraId="60ED4A36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7CEFF35" w14:textId="77777777" w:rsidTr="00D92F21">
        <w:tc>
          <w:tcPr>
            <w:tcW w:w="5155" w:type="dxa"/>
          </w:tcPr>
          <w:p w14:paraId="0D2084CD" w14:textId="77777777" w:rsidR="001446C1" w:rsidRPr="00645E98" w:rsidRDefault="00000000" w:rsidP="00645E98">
            <w:pPr>
              <w:pStyle w:val="Style1"/>
            </w:pPr>
            <w:r w:rsidRPr="00645E98">
              <w:t>Medicine</w:t>
            </w:r>
          </w:p>
        </w:tc>
        <w:tc>
          <w:tcPr>
            <w:tcW w:w="5155" w:type="dxa"/>
          </w:tcPr>
          <w:p w14:paraId="33935FCD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9DEBA59" w14:textId="77777777" w:rsidTr="00D92F21">
        <w:tc>
          <w:tcPr>
            <w:tcW w:w="5155" w:type="dxa"/>
          </w:tcPr>
          <w:p w14:paraId="1B2175E3" w14:textId="77777777" w:rsidR="001446C1" w:rsidRPr="00645E98" w:rsidRDefault="00000000" w:rsidP="00645E98">
            <w:pPr>
              <w:pStyle w:val="Style1"/>
            </w:pPr>
            <w:r w:rsidRPr="00645E98">
              <w:t>Laboratory</w:t>
            </w:r>
          </w:p>
        </w:tc>
        <w:tc>
          <w:tcPr>
            <w:tcW w:w="5155" w:type="dxa"/>
          </w:tcPr>
          <w:p w14:paraId="6DB452F0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C4A1962" w14:textId="77777777" w:rsidTr="00D92F21">
        <w:tc>
          <w:tcPr>
            <w:tcW w:w="5155" w:type="dxa"/>
          </w:tcPr>
          <w:p w14:paraId="309FB73C" w14:textId="77777777" w:rsidR="001446C1" w:rsidRPr="00645E98" w:rsidRDefault="00000000" w:rsidP="00645E98">
            <w:pPr>
              <w:pStyle w:val="Style1"/>
            </w:pPr>
            <w:r w:rsidRPr="00645E98">
              <w:t>Imaging/Diagnostics</w:t>
            </w:r>
          </w:p>
        </w:tc>
        <w:tc>
          <w:tcPr>
            <w:tcW w:w="5155" w:type="dxa"/>
          </w:tcPr>
          <w:p w14:paraId="7A453689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7DB74949" w14:textId="77777777" w:rsidTr="00D92F21">
        <w:tc>
          <w:tcPr>
            <w:tcW w:w="5155" w:type="dxa"/>
          </w:tcPr>
          <w:p w14:paraId="51BCA8EE" w14:textId="77777777" w:rsidR="001446C1" w:rsidRPr="00645E98" w:rsidRDefault="00000000" w:rsidP="00645E98">
            <w:pPr>
              <w:pStyle w:val="Style1"/>
            </w:pPr>
            <w:r w:rsidRPr="00645E98">
              <w:t>Hospital/Room</w:t>
            </w:r>
          </w:p>
        </w:tc>
        <w:tc>
          <w:tcPr>
            <w:tcW w:w="5155" w:type="dxa"/>
          </w:tcPr>
          <w:p w14:paraId="4DA9949E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07103699" w14:textId="77777777" w:rsidTr="00D92F21">
        <w:tc>
          <w:tcPr>
            <w:tcW w:w="5155" w:type="dxa"/>
          </w:tcPr>
          <w:p w14:paraId="7B837831" w14:textId="77777777" w:rsidR="001446C1" w:rsidRPr="00645E98" w:rsidRDefault="00000000" w:rsidP="00645E98">
            <w:pPr>
              <w:pStyle w:val="Style1"/>
            </w:pPr>
            <w:r w:rsidRPr="00645E98">
              <w:t>Procedure/Surgery</w:t>
            </w:r>
          </w:p>
        </w:tc>
        <w:tc>
          <w:tcPr>
            <w:tcW w:w="5155" w:type="dxa"/>
          </w:tcPr>
          <w:p w14:paraId="7DA6E79C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04032749" w14:textId="77777777" w:rsidTr="00D92F21">
        <w:tc>
          <w:tcPr>
            <w:tcW w:w="5155" w:type="dxa"/>
          </w:tcPr>
          <w:p w14:paraId="140B46DA" w14:textId="77777777" w:rsidR="001446C1" w:rsidRPr="00645E98" w:rsidRDefault="00000000" w:rsidP="00645E98">
            <w:pPr>
              <w:pStyle w:val="Style1"/>
            </w:pPr>
            <w:r w:rsidRPr="00645E98">
              <w:t>Other</w:t>
            </w:r>
          </w:p>
        </w:tc>
        <w:tc>
          <w:tcPr>
            <w:tcW w:w="5155" w:type="dxa"/>
          </w:tcPr>
          <w:p w14:paraId="0FA9E6AD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2D18829" w14:textId="77777777" w:rsidTr="00D92F21">
        <w:tc>
          <w:tcPr>
            <w:tcW w:w="5155" w:type="dxa"/>
          </w:tcPr>
          <w:p w14:paraId="0806C3FC" w14:textId="77777777" w:rsidR="001446C1" w:rsidRPr="00645E98" w:rsidRDefault="00000000" w:rsidP="00645E98">
            <w:pPr>
              <w:pStyle w:val="Style1"/>
            </w:pPr>
            <w:r w:rsidRPr="00645E98">
              <w:t>TOTAL CLAIMED</w:t>
            </w:r>
          </w:p>
        </w:tc>
        <w:tc>
          <w:tcPr>
            <w:tcW w:w="5155" w:type="dxa"/>
          </w:tcPr>
          <w:p w14:paraId="06995153" w14:textId="77777777" w:rsidR="001446C1" w:rsidRPr="00645E98" w:rsidRDefault="001446C1" w:rsidP="00645E98">
            <w:pPr>
              <w:pStyle w:val="Style1"/>
            </w:pPr>
          </w:p>
        </w:tc>
      </w:tr>
    </w:tbl>
    <w:p w14:paraId="7B6170C5" w14:textId="77777777" w:rsidR="001446C1" w:rsidRPr="00645E98" w:rsidRDefault="001446C1" w:rsidP="00645E98">
      <w:pPr>
        <w:pStyle w:val="Style1"/>
      </w:pPr>
    </w:p>
    <w:p w14:paraId="64303AA3" w14:textId="77777777" w:rsidR="001446C1" w:rsidRPr="00645E98" w:rsidRDefault="00000000" w:rsidP="00645E98">
      <w:pPr>
        <w:pStyle w:val="Style1"/>
      </w:pPr>
      <w:r w:rsidRPr="00645E98">
        <w:t>Member declaration: I confirm that the information and documents submitted are true and relate to the treatment stated above. I authorize reasonable verification with the treating provider for Scheme administration.</w:t>
      </w:r>
    </w:p>
    <w:p w14:paraId="29466FD5" w14:textId="77777777" w:rsidR="001446C1" w:rsidRPr="00645E98" w:rsidRDefault="00000000" w:rsidP="00645E98">
      <w:pPr>
        <w:pStyle w:val="Style1"/>
      </w:pPr>
      <w:r w:rsidRPr="00645E98">
        <w:t>Member Signature: ______________________________    Date: __________________</w:t>
      </w:r>
    </w:p>
    <w:sectPr w:rsidR="001446C1" w:rsidRPr="00645E98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114153">
    <w:abstractNumId w:val="8"/>
  </w:num>
  <w:num w:numId="2" w16cid:durableId="1155955259">
    <w:abstractNumId w:val="6"/>
  </w:num>
  <w:num w:numId="3" w16cid:durableId="113714096">
    <w:abstractNumId w:val="5"/>
  </w:num>
  <w:num w:numId="4" w16cid:durableId="1711883167">
    <w:abstractNumId w:val="4"/>
  </w:num>
  <w:num w:numId="5" w16cid:durableId="1210455745">
    <w:abstractNumId w:val="7"/>
  </w:num>
  <w:num w:numId="6" w16cid:durableId="825047336">
    <w:abstractNumId w:val="3"/>
  </w:num>
  <w:num w:numId="7" w16cid:durableId="190270233">
    <w:abstractNumId w:val="2"/>
  </w:num>
  <w:num w:numId="8" w16cid:durableId="247231907">
    <w:abstractNumId w:val="1"/>
  </w:num>
  <w:num w:numId="9" w16cid:durableId="206825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28E"/>
    <w:rsid w:val="00034616"/>
    <w:rsid w:val="0006063C"/>
    <w:rsid w:val="001446C1"/>
    <w:rsid w:val="0015074B"/>
    <w:rsid w:val="0021727F"/>
    <w:rsid w:val="0029639D"/>
    <w:rsid w:val="00326F90"/>
    <w:rsid w:val="003F3FDB"/>
    <w:rsid w:val="00645E98"/>
    <w:rsid w:val="006F7932"/>
    <w:rsid w:val="00AA1D8D"/>
    <w:rsid w:val="00B47730"/>
    <w:rsid w:val="00CB0664"/>
    <w:rsid w:val="00D92F21"/>
    <w:rsid w:val="00EE7B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E8DE1B"/>
  <w14:defaultImageDpi w14:val="300"/>
  <w15:docId w15:val="{128DB132-9D09-423F-8E0A-E5703839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93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yle1">
    <w:name w:val="Style1"/>
    <w:basedOn w:val="Normal"/>
    <w:link w:val="Style1Char"/>
    <w:qFormat/>
    <w:rsid w:val="00645E98"/>
  </w:style>
  <w:style w:type="character" w:customStyle="1" w:styleId="Style1Char">
    <w:name w:val="Style1 Char"/>
    <w:basedOn w:val="DefaultParagraphFont"/>
    <w:link w:val="Style1"/>
    <w:rsid w:val="00645E98"/>
    <w:rPr>
      <w:rFonts w:ascii="Aptos" w:hAnsi="Aptos"/>
      <w:color w:val="1E293B"/>
      <w:sz w:val="18"/>
    </w:rPr>
  </w:style>
  <w:style w:type="table" w:styleId="PlainTable4">
    <w:name w:val="Plain Table 4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D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Ibrahim</cp:lastModifiedBy>
  <cp:revision>2</cp:revision>
  <dcterms:created xsi:type="dcterms:W3CDTF">2026-09-28T09:46:00Z</dcterms:created>
  <dcterms:modified xsi:type="dcterms:W3CDTF">2026-09-28T09:46:00Z</dcterms:modified>
  <cp:category/>
</cp:coreProperties>
</file>