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DB30C" w14:textId="77777777" w:rsidR="001446C1" w:rsidRPr="006F7932" w:rsidRDefault="00000000" w:rsidP="006F7932">
      <w:pPr>
        <w:pStyle w:val="Heading1"/>
        <w:pageBreakBefore w:val="0"/>
      </w:pPr>
      <w:r w:rsidRPr="006F7932">
        <w:t xml:space="preserve">Emergency </w:t>
      </w:r>
      <w:proofErr w:type="gramStart"/>
      <w:r w:rsidRPr="006F7932">
        <w:t>Notification  |</w:t>
      </w:r>
      <w:proofErr w:type="gramEnd"/>
      <w:r w:rsidRPr="006F7932">
        <w:t xml:space="preserve">  Annex H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151"/>
        <w:gridCol w:w="5149"/>
      </w:tblGrid>
      <w:tr w:rsidR="001446C1" w:rsidRPr="00645E98" w14:paraId="6EBD36D2" w14:textId="77777777" w:rsidTr="00D92F21">
        <w:tc>
          <w:tcPr>
            <w:tcW w:w="5155" w:type="dxa"/>
          </w:tcPr>
          <w:p w14:paraId="290A91DA" w14:textId="77777777" w:rsidR="001446C1" w:rsidRPr="00645E98" w:rsidRDefault="00000000" w:rsidP="00645E98">
            <w:pPr>
              <w:pStyle w:val="Style1"/>
            </w:pPr>
            <w:r w:rsidRPr="00645E98">
              <w:t>Emergency Field</w:t>
            </w:r>
          </w:p>
        </w:tc>
        <w:tc>
          <w:tcPr>
            <w:tcW w:w="5155" w:type="dxa"/>
          </w:tcPr>
          <w:p w14:paraId="158A1E68" w14:textId="77777777" w:rsidR="001446C1" w:rsidRPr="00645E98" w:rsidRDefault="00000000" w:rsidP="00645E98">
            <w:pPr>
              <w:pStyle w:val="Style1"/>
            </w:pPr>
            <w:r w:rsidRPr="00645E98">
              <w:t>Details</w:t>
            </w:r>
          </w:p>
        </w:tc>
      </w:tr>
      <w:tr w:rsidR="001446C1" w:rsidRPr="00645E98" w14:paraId="254F3C51" w14:textId="77777777" w:rsidTr="00D92F21">
        <w:tc>
          <w:tcPr>
            <w:tcW w:w="5155" w:type="dxa"/>
          </w:tcPr>
          <w:p w14:paraId="6BED1B96" w14:textId="77777777" w:rsidR="001446C1" w:rsidRPr="00645E98" w:rsidRDefault="00000000" w:rsidP="00645E98">
            <w:pPr>
              <w:pStyle w:val="Style1"/>
            </w:pPr>
            <w:r w:rsidRPr="00645E98">
              <w:t>Member Name / ID</w:t>
            </w:r>
          </w:p>
        </w:tc>
        <w:tc>
          <w:tcPr>
            <w:tcW w:w="5155" w:type="dxa"/>
          </w:tcPr>
          <w:p w14:paraId="024828BB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748BB528" w14:textId="77777777" w:rsidTr="00D92F21">
        <w:tc>
          <w:tcPr>
            <w:tcW w:w="5155" w:type="dxa"/>
          </w:tcPr>
          <w:p w14:paraId="6BC9B39C" w14:textId="77777777" w:rsidR="001446C1" w:rsidRPr="00645E98" w:rsidRDefault="00000000" w:rsidP="00645E98">
            <w:pPr>
              <w:pStyle w:val="Style1"/>
            </w:pPr>
            <w:r w:rsidRPr="00645E98">
              <w:t>Caller / Relationship</w:t>
            </w:r>
          </w:p>
        </w:tc>
        <w:tc>
          <w:tcPr>
            <w:tcW w:w="5155" w:type="dxa"/>
          </w:tcPr>
          <w:p w14:paraId="33FC63C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EA7B706" w14:textId="77777777" w:rsidTr="00D92F21">
        <w:tc>
          <w:tcPr>
            <w:tcW w:w="5155" w:type="dxa"/>
          </w:tcPr>
          <w:p w14:paraId="2EB1BBC4" w14:textId="77777777" w:rsidR="001446C1" w:rsidRPr="00645E98" w:rsidRDefault="00000000" w:rsidP="00645E98">
            <w:pPr>
              <w:pStyle w:val="Style1"/>
            </w:pPr>
            <w:r w:rsidRPr="00645E98">
              <w:t>Callback Number</w:t>
            </w:r>
          </w:p>
        </w:tc>
        <w:tc>
          <w:tcPr>
            <w:tcW w:w="5155" w:type="dxa"/>
          </w:tcPr>
          <w:p w14:paraId="737D07F8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B232E88" w14:textId="77777777" w:rsidTr="00D92F21">
        <w:tc>
          <w:tcPr>
            <w:tcW w:w="5155" w:type="dxa"/>
          </w:tcPr>
          <w:p w14:paraId="23251375" w14:textId="77777777" w:rsidR="001446C1" w:rsidRPr="00645E98" w:rsidRDefault="00000000" w:rsidP="00645E98">
            <w:pPr>
              <w:pStyle w:val="Style1"/>
            </w:pPr>
            <w:r w:rsidRPr="00645E98">
              <w:t>Date / Time</w:t>
            </w:r>
          </w:p>
        </w:tc>
        <w:tc>
          <w:tcPr>
            <w:tcW w:w="5155" w:type="dxa"/>
          </w:tcPr>
          <w:p w14:paraId="606844C5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4DA74608" w14:textId="77777777" w:rsidTr="00D92F21">
        <w:tc>
          <w:tcPr>
            <w:tcW w:w="5155" w:type="dxa"/>
          </w:tcPr>
          <w:p w14:paraId="2FBCDFA3" w14:textId="77777777" w:rsidR="001446C1" w:rsidRPr="00645E98" w:rsidRDefault="00000000" w:rsidP="00645E98">
            <w:pPr>
              <w:pStyle w:val="Style1"/>
            </w:pPr>
            <w:r w:rsidRPr="00645E98">
              <w:t>Current Location</w:t>
            </w:r>
          </w:p>
        </w:tc>
        <w:tc>
          <w:tcPr>
            <w:tcW w:w="5155" w:type="dxa"/>
          </w:tcPr>
          <w:p w14:paraId="7BDC4DF2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2EF0F919" w14:textId="77777777" w:rsidTr="00D92F21">
        <w:tc>
          <w:tcPr>
            <w:tcW w:w="5155" w:type="dxa"/>
          </w:tcPr>
          <w:p w14:paraId="25368A55" w14:textId="77777777" w:rsidR="001446C1" w:rsidRPr="00645E98" w:rsidRDefault="00000000" w:rsidP="00645E98">
            <w:pPr>
              <w:pStyle w:val="Style1"/>
            </w:pPr>
            <w:r w:rsidRPr="00645E98">
              <w:t>Nature of Emergency</w:t>
            </w:r>
          </w:p>
        </w:tc>
        <w:tc>
          <w:tcPr>
            <w:tcW w:w="5155" w:type="dxa"/>
          </w:tcPr>
          <w:p w14:paraId="3865A829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2D83872" w14:textId="77777777" w:rsidTr="00D92F21">
        <w:tc>
          <w:tcPr>
            <w:tcW w:w="5155" w:type="dxa"/>
          </w:tcPr>
          <w:p w14:paraId="6D910381" w14:textId="77777777" w:rsidR="001446C1" w:rsidRPr="00645E98" w:rsidRDefault="00000000" w:rsidP="00645E98">
            <w:pPr>
              <w:pStyle w:val="Style1"/>
            </w:pPr>
            <w:r w:rsidRPr="00645E98">
              <w:t>Accident or Illness</w:t>
            </w:r>
          </w:p>
        </w:tc>
        <w:tc>
          <w:tcPr>
            <w:tcW w:w="5155" w:type="dxa"/>
          </w:tcPr>
          <w:p w14:paraId="6F405A6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57538E96" w14:textId="77777777" w:rsidTr="00D92F21">
        <w:tc>
          <w:tcPr>
            <w:tcW w:w="5155" w:type="dxa"/>
          </w:tcPr>
          <w:p w14:paraId="0BFA34F9" w14:textId="77777777" w:rsidR="001446C1" w:rsidRPr="00645E98" w:rsidRDefault="00000000" w:rsidP="00645E98">
            <w:pPr>
              <w:pStyle w:val="Style1"/>
            </w:pPr>
            <w:r w:rsidRPr="00645E98">
              <w:t>Current Provider / Facility</w:t>
            </w:r>
          </w:p>
        </w:tc>
        <w:tc>
          <w:tcPr>
            <w:tcW w:w="5155" w:type="dxa"/>
          </w:tcPr>
          <w:p w14:paraId="18CEF9D8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2E19E303" w14:textId="77777777" w:rsidTr="00D92F21">
        <w:tc>
          <w:tcPr>
            <w:tcW w:w="5155" w:type="dxa"/>
          </w:tcPr>
          <w:p w14:paraId="3B91F665" w14:textId="77777777" w:rsidR="001446C1" w:rsidRPr="00645E98" w:rsidRDefault="00000000" w:rsidP="00645E98">
            <w:pPr>
              <w:pStyle w:val="Style1"/>
            </w:pPr>
            <w:r w:rsidRPr="00645E98">
              <w:t>Immediate Stabilization Done?</w:t>
            </w:r>
          </w:p>
        </w:tc>
        <w:tc>
          <w:tcPr>
            <w:tcW w:w="5155" w:type="dxa"/>
          </w:tcPr>
          <w:p w14:paraId="69A65BBA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0E9E65A3" w14:textId="77777777" w:rsidTr="00D92F21">
        <w:tc>
          <w:tcPr>
            <w:tcW w:w="5155" w:type="dxa"/>
          </w:tcPr>
          <w:p w14:paraId="3226A7E8" w14:textId="77777777" w:rsidR="001446C1" w:rsidRPr="00645E98" w:rsidRDefault="00000000" w:rsidP="00645E98">
            <w:pPr>
              <w:pStyle w:val="Style1"/>
            </w:pPr>
            <w:r w:rsidRPr="00645E98">
              <w:t>Admission Required?</w:t>
            </w:r>
          </w:p>
        </w:tc>
        <w:tc>
          <w:tcPr>
            <w:tcW w:w="5155" w:type="dxa"/>
          </w:tcPr>
          <w:p w14:paraId="1004438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7806169" w14:textId="77777777" w:rsidTr="00D92F21">
        <w:tc>
          <w:tcPr>
            <w:tcW w:w="5155" w:type="dxa"/>
          </w:tcPr>
          <w:p w14:paraId="6DADD369" w14:textId="77777777" w:rsidR="001446C1" w:rsidRPr="00645E98" w:rsidRDefault="00000000" w:rsidP="00645E98">
            <w:pPr>
              <w:pStyle w:val="Style1"/>
            </w:pPr>
            <w:r w:rsidRPr="00645E98">
              <w:t>Ambulance/Transfer Required?</w:t>
            </w:r>
          </w:p>
        </w:tc>
        <w:tc>
          <w:tcPr>
            <w:tcW w:w="5155" w:type="dxa"/>
          </w:tcPr>
          <w:p w14:paraId="40946200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090F64EC" w14:textId="77777777" w:rsidTr="00D92F21">
        <w:tc>
          <w:tcPr>
            <w:tcW w:w="5155" w:type="dxa"/>
          </w:tcPr>
          <w:p w14:paraId="3325B098" w14:textId="77777777" w:rsidR="001446C1" w:rsidRPr="00645E98" w:rsidRDefault="00000000" w:rsidP="00645E98">
            <w:pPr>
              <w:pStyle w:val="Style1"/>
            </w:pPr>
            <w:r w:rsidRPr="00645E98">
              <w:t>YHCS Doctor Contacted</w:t>
            </w:r>
          </w:p>
        </w:tc>
        <w:tc>
          <w:tcPr>
            <w:tcW w:w="5155" w:type="dxa"/>
          </w:tcPr>
          <w:p w14:paraId="47F47A94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23F6240" w14:textId="77777777" w:rsidTr="00D92F21">
        <w:tc>
          <w:tcPr>
            <w:tcW w:w="5155" w:type="dxa"/>
          </w:tcPr>
          <w:p w14:paraId="2E9F6D74" w14:textId="77777777" w:rsidR="001446C1" w:rsidRPr="00645E98" w:rsidRDefault="00000000" w:rsidP="00645E98">
            <w:pPr>
              <w:pStyle w:val="Style1"/>
            </w:pPr>
            <w:r w:rsidRPr="00645E98">
              <w:t>Authorization / Case Number</w:t>
            </w:r>
          </w:p>
        </w:tc>
        <w:tc>
          <w:tcPr>
            <w:tcW w:w="5155" w:type="dxa"/>
          </w:tcPr>
          <w:p w14:paraId="3536CC10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31E50FB5" w14:textId="77777777" w:rsidTr="00D92F21">
        <w:tc>
          <w:tcPr>
            <w:tcW w:w="5155" w:type="dxa"/>
          </w:tcPr>
          <w:p w14:paraId="24A8DBF6" w14:textId="77777777" w:rsidR="001446C1" w:rsidRPr="00645E98" w:rsidRDefault="00000000" w:rsidP="00645E98">
            <w:pPr>
              <w:pStyle w:val="Style1"/>
            </w:pPr>
            <w:r w:rsidRPr="00645E98">
              <w:t>Next Action</w:t>
            </w:r>
          </w:p>
        </w:tc>
        <w:tc>
          <w:tcPr>
            <w:tcW w:w="5155" w:type="dxa"/>
          </w:tcPr>
          <w:p w14:paraId="7D0B345F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6F5FB925" w14:textId="77777777" w:rsidTr="00D92F21">
        <w:tc>
          <w:tcPr>
            <w:tcW w:w="5155" w:type="dxa"/>
          </w:tcPr>
          <w:p w14:paraId="3B985B83" w14:textId="77777777" w:rsidR="001446C1" w:rsidRPr="00645E98" w:rsidRDefault="00000000" w:rsidP="00645E98">
            <w:pPr>
              <w:pStyle w:val="Style1"/>
            </w:pPr>
            <w:r w:rsidRPr="00645E98">
              <w:t>Follow-Up Time</w:t>
            </w:r>
          </w:p>
        </w:tc>
        <w:tc>
          <w:tcPr>
            <w:tcW w:w="5155" w:type="dxa"/>
          </w:tcPr>
          <w:p w14:paraId="5EFB7260" w14:textId="77777777" w:rsidR="001446C1" w:rsidRPr="00645E98" w:rsidRDefault="001446C1" w:rsidP="00645E98">
            <w:pPr>
              <w:pStyle w:val="Style1"/>
            </w:pPr>
          </w:p>
        </w:tc>
      </w:tr>
    </w:tbl>
    <w:p w14:paraId="464EAC57" w14:textId="77777777" w:rsidR="001446C1" w:rsidRPr="00645E98" w:rsidRDefault="001446C1" w:rsidP="00645E98">
      <w:pPr>
        <w:pStyle w:val="Style1"/>
      </w:pPr>
    </w:p>
    <w:p w14:paraId="5B780EB7" w14:textId="7A53F194" w:rsidR="006F7932" w:rsidRDefault="00000000" w:rsidP="006F7932">
      <w:pPr>
        <w:pStyle w:val="Style1"/>
      </w:pPr>
      <w:r w:rsidRPr="00645E98">
        <w:t>Emergency instruction: seek immediate life-saving care first where delay would endanger the patient; contact YHCS as soon as reasonably possible.</w:t>
      </w:r>
    </w:p>
    <w:p w14:paraId="31C1F620" w14:textId="77777777" w:rsidR="001446C1" w:rsidRPr="00645E98" w:rsidRDefault="001446C1" w:rsidP="00645E98">
      <w:pPr>
        <w:pStyle w:val="Style1"/>
      </w:pPr>
    </w:p>
    <w:sectPr w:rsidR="001446C1" w:rsidRPr="00645E98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114153">
    <w:abstractNumId w:val="8"/>
  </w:num>
  <w:num w:numId="2" w16cid:durableId="1155955259">
    <w:abstractNumId w:val="6"/>
  </w:num>
  <w:num w:numId="3" w16cid:durableId="113714096">
    <w:abstractNumId w:val="5"/>
  </w:num>
  <w:num w:numId="4" w16cid:durableId="1711883167">
    <w:abstractNumId w:val="4"/>
  </w:num>
  <w:num w:numId="5" w16cid:durableId="1210455745">
    <w:abstractNumId w:val="7"/>
  </w:num>
  <w:num w:numId="6" w16cid:durableId="825047336">
    <w:abstractNumId w:val="3"/>
  </w:num>
  <w:num w:numId="7" w16cid:durableId="190270233">
    <w:abstractNumId w:val="2"/>
  </w:num>
  <w:num w:numId="8" w16cid:durableId="247231907">
    <w:abstractNumId w:val="1"/>
  </w:num>
  <w:num w:numId="9" w16cid:durableId="206825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28E"/>
    <w:rsid w:val="00034616"/>
    <w:rsid w:val="0006063C"/>
    <w:rsid w:val="001446C1"/>
    <w:rsid w:val="0015074B"/>
    <w:rsid w:val="0021727F"/>
    <w:rsid w:val="0029639D"/>
    <w:rsid w:val="00326F90"/>
    <w:rsid w:val="003F3FDB"/>
    <w:rsid w:val="00645E98"/>
    <w:rsid w:val="006F7932"/>
    <w:rsid w:val="00AA1D8D"/>
    <w:rsid w:val="00B47730"/>
    <w:rsid w:val="00CB0664"/>
    <w:rsid w:val="00D92F21"/>
    <w:rsid w:val="00EE7B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E8DE1B"/>
  <w14:defaultImageDpi w14:val="300"/>
  <w15:docId w15:val="{128DB132-9D09-423F-8E0A-E5703839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93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yle1">
    <w:name w:val="Style1"/>
    <w:basedOn w:val="Normal"/>
    <w:link w:val="Style1Char"/>
    <w:qFormat/>
    <w:rsid w:val="00645E98"/>
  </w:style>
  <w:style w:type="character" w:customStyle="1" w:styleId="Style1Char">
    <w:name w:val="Style1 Char"/>
    <w:basedOn w:val="DefaultParagraphFont"/>
    <w:link w:val="Style1"/>
    <w:rsid w:val="00645E98"/>
    <w:rPr>
      <w:rFonts w:ascii="Aptos" w:hAnsi="Aptos"/>
      <w:color w:val="1E293B"/>
      <w:sz w:val="18"/>
    </w:rPr>
  </w:style>
  <w:style w:type="table" w:styleId="PlainTable4">
    <w:name w:val="Plain Table 4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99"/>
    <w:rsid w:val="00D92F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Ibrahim</cp:lastModifiedBy>
  <cp:revision>2</cp:revision>
  <dcterms:created xsi:type="dcterms:W3CDTF">2026-09-28T09:46:00Z</dcterms:created>
  <dcterms:modified xsi:type="dcterms:W3CDTF">2026-09-28T09:46:00Z</dcterms:modified>
  <cp:category/>
</cp:coreProperties>
</file>