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D93DF" w14:textId="4C521977" w:rsidR="001446C1" w:rsidRPr="00645E98" w:rsidRDefault="00000000" w:rsidP="00645E98">
      <w:pPr>
        <w:pStyle w:val="Style1"/>
        <w:pageBreakBefore w:val="0"/>
      </w:pPr>
      <w:r w:rsidRPr="00EE7BE3">
        <w:rPr>
          <w:rStyle w:val="Heading1Char"/>
          <w:color w:val="auto"/>
        </w:rPr>
        <w:t xml:space="preserve">Complaint or Appeal </w:t>
      </w:r>
      <w:proofErr w:type="gramStart"/>
      <w:r w:rsidRPr="00EE7BE3">
        <w:rPr>
          <w:rStyle w:val="Heading1Char"/>
          <w:color w:val="auto"/>
        </w:rPr>
        <w:t>Submission</w:t>
      </w:r>
      <w:r w:rsidRPr="00EE7BE3">
        <w:rPr>
          <w:color w:val="auto"/>
        </w:rPr>
        <w:t xml:space="preserve">  </w:t>
      </w:r>
      <w:r w:rsidRPr="00645E98">
        <w:t>|</w:t>
      </w:r>
      <w:proofErr w:type="gramEnd"/>
      <w:r w:rsidRPr="00645E98">
        <w:t xml:space="preserve">  Annex L • Submitter fields only; YHCS review fields are in the internal packet.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150"/>
        <w:gridCol w:w="5150"/>
      </w:tblGrid>
      <w:tr w:rsidR="001446C1" w:rsidRPr="00645E98" w14:paraId="3E05FB63" w14:textId="77777777" w:rsidTr="00D92F21">
        <w:tc>
          <w:tcPr>
            <w:tcW w:w="5155" w:type="dxa"/>
          </w:tcPr>
          <w:p w14:paraId="30EEC015" w14:textId="77777777" w:rsidR="001446C1" w:rsidRPr="00645E98" w:rsidRDefault="00000000" w:rsidP="00645E98">
            <w:pPr>
              <w:pStyle w:val="Style1"/>
            </w:pPr>
            <w:r w:rsidRPr="00645E98">
              <w:t>Field</w:t>
            </w:r>
          </w:p>
        </w:tc>
        <w:tc>
          <w:tcPr>
            <w:tcW w:w="5155" w:type="dxa"/>
          </w:tcPr>
          <w:p w14:paraId="524BB906" w14:textId="77777777" w:rsidR="001446C1" w:rsidRPr="00645E98" w:rsidRDefault="00000000" w:rsidP="00645E98">
            <w:pPr>
              <w:pStyle w:val="Style1"/>
            </w:pPr>
            <w:r w:rsidRPr="00645E98">
              <w:t>Details</w:t>
            </w:r>
          </w:p>
        </w:tc>
      </w:tr>
      <w:tr w:rsidR="001446C1" w:rsidRPr="00645E98" w14:paraId="7B2C8DEE" w14:textId="77777777" w:rsidTr="00D92F21">
        <w:tc>
          <w:tcPr>
            <w:tcW w:w="5155" w:type="dxa"/>
          </w:tcPr>
          <w:p w14:paraId="0689E780" w14:textId="77777777" w:rsidR="001446C1" w:rsidRPr="00645E98" w:rsidRDefault="00000000" w:rsidP="00645E98">
            <w:pPr>
              <w:pStyle w:val="Style1"/>
            </w:pPr>
            <w:r w:rsidRPr="00645E98">
              <w:t>Complainant Name</w:t>
            </w:r>
          </w:p>
        </w:tc>
        <w:tc>
          <w:tcPr>
            <w:tcW w:w="5155" w:type="dxa"/>
          </w:tcPr>
          <w:p w14:paraId="7382C781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25421CB3" w14:textId="77777777" w:rsidTr="00D92F21">
        <w:tc>
          <w:tcPr>
            <w:tcW w:w="5155" w:type="dxa"/>
          </w:tcPr>
          <w:p w14:paraId="774DDD37" w14:textId="77777777" w:rsidR="001446C1" w:rsidRPr="00645E98" w:rsidRDefault="00000000" w:rsidP="00645E98">
            <w:pPr>
              <w:pStyle w:val="Style1"/>
            </w:pPr>
            <w:r w:rsidRPr="00645E98">
              <w:t>Member / Case ID</w:t>
            </w:r>
          </w:p>
        </w:tc>
        <w:tc>
          <w:tcPr>
            <w:tcW w:w="5155" w:type="dxa"/>
          </w:tcPr>
          <w:p w14:paraId="012C8DA1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24807B45" w14:textId="77777777" w:rsidTr="00D92F21">
        <w:tc>
          <w:tcPr>
            <w:tcW w:w="5155" w:type="dxa"/>
          </w:tcPr>
          <w:p w14:paraId="7453D63E" w14:textId="77777777" w:rsidR="001446C1" w:rsidRPr="00645E98" w:rsidRDefault="00000000" w:rsidP="00645E98">
            <w:pPr>
              <w:pStyle w:val="Style1"/>
            </w:pPr>
            <w:r w:rsidRPr="00645E98">
              <w:t>Date</w:t>
            </w:r>
          </w:p>
        </w:tc>
        <w:tc>
          <w:tcPr>
            <w:tcW w:w="5155" w:type="dxa"/>
          </w:tcPr>
          <w:p w14:paraId="4F4EFE59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3F8B3853" w14:textId="77777777" w:rsidTr="00D92F21">
        <w:tc>
          <w:tcPr>
            <w:tcW w:w="5155" w:type="dxa"/>
          </w:tcPr>
          <w:p w14:paraId="7005BEDC" w14:textId="77777777" w:rsidR="001446C1" w:rsidRPr="00645E98" w:rsidRDefault="00000000" w:rsidP="00645E98">
            <w:pPr>
              <w:pStyle w:val="Style1"/>
            </w:pPr>
            <w:r w:rsidRPr="00645E98">
              <w:t>Issue Type</w:t>
            </w:r>
          </w:p>
        </w:tc>
        <w:tc>
          <w:tcPr>
            <w:tcW w:w="5155" w:type="dxa"/>
          </w:tcPr>
          <w:p w14:paraId="2777F1FD" w14:textId="77777777" w:rsidR="001446C1" w:rsidRPr="00645E98" w:rsidRDefault="00000000" w:rsidP="00645E98">
            <w:pPr>
              <w:pStyle w:val="Style1"/>
            </w:pPr>
            <w:r w:rsidRPr="00645E98">
              <w:t>☐ Claim ☐ Provider ☐ Delay ☐ Conduct ☐ Privacy ☐ Other</w:t>
            </w:r>
          </w:p>
        </w:tc>
      </w:tr>
      <w:tr w:rsidR="001446C1" w:rsidRPr="00645E98" w14:paraId="460DAD40" w14:textId="77777777" w:rsidTr="00D92F21">
        <w:tc>
          <w:tcPr>
            <w:tcW w:w="5155" w:type="dxa"/>
          </w:tcPr>
          <w:p w14:paraId="5AFC9195" w14:textId="77777777" w:rsidR="001446C1" w:rsidRPr="00645E98" w:rsidRDefault="00000000" w:rsidP="00645E98">
            <w:pPr>
              <w:pStyle w:val="Style1"/>
            </w:pPr>
            <w:r w:rsidRPr="00645E98">
              <w:t>Original Decision / Event</w:t>
            </w:r>
          </w:p>
        </w:tc>
        <w:tc>
          <w:tcPr>
            <w:tcW w:w="5155" w:type="dxa"/>
          </w:tcPr>
          <w:p w14:paraId="2669DB45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495D38A4" w14:textId="77777777" w:rsidTr="00D92F21">
        <w:tc>
          <w:tcPr>
            <w:tcW w:w="5155" w:type="dxa"/>
          </w:tcPr>
          <w:p w14:paraId="15BC3928" w14:textId="77777777" w:rsidR="001446C1" w:rsidRPr="00645E98" w:rsidRDefault="00000000" w:rsidP="00645E98">
            <w:pPr>
              <w:pStyle w:val="Style1"/>
            </w:pPr>
            <w:r w:rsidRPr="00645E98">
              <w:t>Reason for Appeal/Complaint</w:t>
            </w:r>
          </w:p>
        </w:tc>
        <w:tc>
          <w:tcPr>
            <w:tcW w:w="5155" w:type="dxa"/>
          </w:tcPr>
          <w:p w14:paraId="70E98341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79B6C954" w14:textId="77777777" w:rsidTr="00D92F21">
        <w:tc>
          <w:tcPr>
            <w:tcW w:w="5155" w:type="dxa"/>
          </w:tcPr>
          <w:p w14:paraId="1852D84D" w14:textId="77777777" w:rsidR="001446C1" w:rsidRPr="00645E98" w:rsidRDefault="00000000" w:rsidP="00645E98">
            <w:pPr>
              <w:pStyle w:val="Style1"/>
            </w:pPr>
            <w:r w:rsidRPr="00645E98">
              <w:t>Requested Resolution</w:t>
            </w:r>
          </w:p>
        </w:tc>
        <w:tc>
          <w:tcPr>
            <w:tcW w:w="5155" w:type="dxa"/>
          </w:tcPr>
          <w:p w14:paraId="3D40CAF4" w14:textId="77777777" w:rsidR="001446C1" w:rsidRPr="00645E98" w:rsidRDefault="001446C1" w:rsidP="00645E98">
            <w:pPr>
              <w:pStyle w:val="Style1"/>
            </w:pPr>
          </w:p>
        </w:tc>
      </w:tr>
      <w:tr w:rsidR="001446C1" w:rsidRPr="00645E98" w14:paraId="495B2990" w14:textId="77777777" w:rsidTr="00D92F21">
        <w:tc>
          <w:tcPr>
            <w:tcW w:w="5155" w:type="dxa"/>
          </w:tcPr>
          <w:p w14:paraId="7456A1C9" w14:textId="77777777" w:rsidR="001446C1" w:rsidRPr="00645E98" w:rsidRDefault="00000000" w:rsidP="00645E98">
            <w:pPr>
              <w:pStyle w:val="Style1"/>
            </w:pPr>
            <w:r w:rsidRPr="00645E98">
              <w:t>Supporting Documents</w:t>
            </w:r>
          </w:p>
        </w:tc>
        <w:tc>
          <w:tcPr>
            <w:tcW w:w="5155" w:type="dxa"/>
          </w:tcPr>
          <w:p w14:paraId="3A89890A" w14:textId="77777777" w:rsidR="001446C1" w:rsidRPr="00645E98" w:rsidRDefault="001446C1" w:rsidP="00645E98">
            <w:pPr>
              <w:pStyle w:val="Style1"/>
            </w:pPr>
          </w:p>
        </w:tc>
      </w:tr>
    </w:tbl>
    <w:p w14:paraId="4956467D" w14:textId="77777777" w:rsidR="001446C1" w:rsidRPr="00645E98" w:rsidRDefault="001446C1" w:rsidP="00645E98">
      <w:pPr>
        <w:pStyle w:val="Style1"/>
      </w:pPr>
    </w:p>
    <w:p w14:paraId="345BA9BA" w14:textId="77777777" w:rsidR="006F7932" w:rsidRPr="00EE7BE3" w:rsidRDefault="006F7932" w:rsidP="00645E98">
      <w:pPr>
        <w:pStyle w:val="Style1"/>
        <w:rPr>
          <w:rStyle w:val="Heading1Char"/>
          <w:color w:val="auto"/>
        </w:rPr>
      </w:pPr>
    </w:p>
    <w:sectPr w:rsidR="001446C1" w:rsidRPr="00645E98" w:rsidSect="00034616">
      <w:pgSz w:w="12240" w:h="15840"/>
      <w:pgMar w:top="893" w:right="965" w:bottom="893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8114153">
    <w:abstractNumId w:val="8"/>
  </w:num>
  <w:num w:numId="2" w16cid:durableId="1155955259">
    <w:abstractNumId w:val="6"/>
  </w:num>
  <w:num w:numId="3" w16cid:durableId="113714096">
    <w:abstractNumId w:val="5"/>
  </w:num>
  <w:num w:numId="4" w16cid:durableId="1711883167">
    <w:abstractNumId w:val="4"/>
  </w:num>
  <w:num w:numId="5" w16cid:durableId="1210455745">
    <w:abstractNumId w:val="7"/>
  </w:num>
  <w:num w:numId="6" w16cid:durableId="825047336">
    <w:abstractNumId w:val="3"/>
  </w:num>
  <w:num w:numId="7" w16cid:durableId="190270233">
    <w:abstractNumId w:val="2"/>
  </w:num>
  <w:num w:numId="8" w16cid:durableId="247231907">
    <w:abstractNumId w:val="1"/>
  </w:num>
  <w:num w:numId="9" w16cid:durableId="2068256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128E"/>
    <w:rsid w:val="00034616"/>
    <w:rsid w:val="0006063C"/>
    <w:rsid w:val="001446C1"/>
    <w:rsid w:val="0015074B"/>
    <w:rsid w:val="0021727F"/>
    <w:rsid w:val="0029639D"/>
    <w:rsid w:val="00326F90"/>
    <w:rsid w:val="003F3FDB"/>
    <w:rsid w:val="00645E98"/>
    <w:rsid w:val="006F7932"/>
    <w:rsid w:val="00AA1D8D"/>
    <w:rsid w:val="00B47730"/>
    <w:rsid w:val="00CB0664"/>
    <w:rsid w:val="00D92F21"/>
    <w:rsid w:val="00EE7BE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E8DE1B"/>
  <w14:defaultImageDpi w14:val="300"/>
  <w15:docId w15:val="{128DB132-9D09-423F-8E0A-E57038399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E293B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before="180" w:after="1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yle1">
    <w:name w:val="Style1"/>
    <w:basedOn w:val="Normal"/>
    <w:link w:val="Style1Char"/>
    <w:qFormat/>
    <w:rsid w:val="00645E98"/>
  </w:style>
  <w:style w:type="character" w:customStyle="1" w:styleId="Style1Char">
    <w:name w:val="Style1 Char"/>
    <w:basedOn w:val="DefaultParagraphFont"/>
    <w:link w:val="Style1"/>
    <w:rsid w:val="00645E98"/>
    <w:rPr>
      <w:rFonts w:ascii="Aptos" w:hAnsi="Aptos"/>
      <w:color w:val="1E293B"/>
      <w:sz w:val="18"/>
    </w:rPr>
  </w:style>
  <w:style w:type="table" w:styleId="PlainTable4">
    <w:name w:val="Plain Table 4"/>
    <w:basedOn w:val="TableNormal"/>
    <w:uiPriority w:val="99"/>
    <w:rsid w:val="0002128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99"/>
    <w:rsid w:val="0002128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99"/>
    <w:rsid w:val="00D92F2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Ibrahim</cp:lastModifiedBy>
  <cp:revision>2</cp:revision>
  <dcterms:created xsi:type="dcterms:W3CDTF">2026-09-28T09:46:00Z</dcterms:created>
  <dcterms:modified xsi:type="dcterms:W3CDTF">2026-09-28T09:46:00Z</dcterms:modified>
  <cp:category/>
</cp:coreProperties>
</file>