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BFAD" w14:textId="787027A3" w:rsidR="006F7932" w:rsidRPr="006F7932" w:rsidRDefault="00000000" w:rsidP="006F7932">
      <w:pPr>
        <w:pStyle w:val="Heading1"/>
        <w:pageBreakBefore w:val="0"/>
      </w:pPr>
      <w:r w:rsidRPr="006F7932">
        <w:lastRenderedPageBreak/>
        <w:t xml:space="preserve">Accident Disability or Death Claim Submission  </w:t>
      </w:r>
    </w:p>
    <w:p w14:paraId="51861373" w14:textId="77777777" w:rsidR="006F7932" w:rsidRDefault="006F7932" w:rsidP="00645E98">
      <w:pPr>
        <w:pStyle w:val="Style1"/>
      </w:pPr>
    </w:p>
    <w:p w14:paraId="0E3D1872" w14:textId="7BF718F9" w:rsidR="001446C1" w:rsidRPr="00645E98" w:rsidRDefault="00000000" w:rsidP="00645E98">
      <w:pPr>
        <w:pStyle w:val="Style1"/>
      </w:pPr>
      <w:proofErr w:type="gramStart"/>
      <w:r w:rsidRPr="00645E98">
        <w:t>|  Annex</w:t>
      </w:r>
      <w:proofErr w:type="gramEnd"/>
      <w:r w:rsidRPr="00645E98">
        <w:t xml:space="preserve"> G2 • Complete incident and claim details, then obtain the BCS duty confirmation below.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1"/>
        <w:gridCol w:w="5149"/>
      </w:tblGrid>
      <w:tr w:rsidR="001446C1" w:rsidRPr="00645E98" w14:paraId="7857654D" w14:textId="77777777" w:rsidTr="00D92F21">
        <w:tc>
          <w:tcPr>
            <w:tcW w:w="5155" w:type="dxa"/>
          </w:tcPr>
          <w:p w14:paraId="58DF8DA0" w14:textId="77777777" w:rsidR="001446C1" w:rsidRPr="00645E98" w:rsidRDefault="00000000" w:rsidP="00645E98">
            <w:pPr>
              <w:pStyle w:val="Style1"/>
            </w:pPr>
            <w:r w:rsidRPr="00645E98">
              <w:t>Claim Information</w:t>
            </w:r>
          </w:p>
        </w:tc>
        <w:tc>
          <w:tcPr>
            <w:tcW w:w="5155" w:type="dxa"/>
          </w:tcPr>
          <w:p w14:paraId="13492685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59D3E5EB" w14:textId="77777777" w:rsidTr="00D92F21">
        <w:tc>
          <w:tcPr>
            <w:tcW w:w="5155" w:type="dxa"/>
          </w:tcPr>
          <w:p w14:paraId="4BD62286" w14:textId="77777777" w:rsidR="001446C1" w:rsidRPr="00645E98" w:rsidRDefault="00000000" w:rsidP="00645E98">
            <w:pPr>
              <w:pStyle w:val="Style1"/>
            </w:pPr>
            <w:r w:rsidRPr="00645E98">
              <w:t>Member Name / ID</w:t>
            </w:r>
          </w:p>
        </w:tc>
        <w:tc>
          <w:tcPr>
            <w:tcW w:w="5155" w:type="dxa"/>
          </w:tcPr>
          <w:p w14:paraId="70F749B7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A1E4FF6" w14:textId="77777777" w:rsidTr="00D92F21">
        <w:tc>
          <w:tcPr>
            <w:tcW w:w="5155" w:type="dxa"/>
          </w:tcPr>
          <w:p w14:paraId="31284CB4" w14:textId="77777777" w:rsidR="001446C1" w:rsidRPr="00645E98" w:rsidRDefault="00000000" w:rsidP="00645E98">
            <w:pPr>
              <w:pStyle w:val="Style1"/>
            </w:pPr>
            <w:r w:rsidRPr="00645E98">
              <w:t>Position / Province</w:t>
            </w:r>
          </w:p>
        </w:tc>
        <w:tc>
          <w:tcPr>
            <w:tcW w:w="5155" w:type="dxa"/>
          </w:tcPr>
          <w:p w14:paraId="7213512E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2D27E9CA" w14:textId="77777777" w:rsidTr="00D92F21">
        <w:tc>
          <w:tcPr>
            <w:tcW w:w="5155" w:type="dxa"/>
          </w:tcPr>
          <w:p w14:paraId="27EE931E" w14:textId="77777777" w:rsidR="001446C1" w:rsidRPr="00645E98" w:rsidRDefault="00000000" w:rsidP="00645E98">
            <w:pPr>
              <w:pStyle w:val="Style1"/>
            </w:pPr>
            <w:r w:rsidRPr="00645E98">
              <w:t>Date &amp; Time of Incident</w:t>
            </w:r>
          </w:p>
        </w:tc>
        <w:tc>
          <w:tcPr>
            <w:tcW w:w="5155" w:type="dxa"/>
          </w:tcPr>
          <w:p w14:paraId="068EBE5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A33E70F" w14:textId="77777777" w:rsidTr="00D92F21">
        <w:tc>
          <w:tcPr>
            <w:tcW w:w="5155" w:type="dxa"/>
          </w:tcPr>
          <w:p w14:paraId="6F40C558" w14:textId="77777777" w:rsidR="001446C1" w:rsidRPr="00645E98" w:rsidRDefault="00000000" w:rsidP="00645E98">
            <w:pPr>
              <w:pStyle w:val="Style1"/>
            </w:pPr>
            <w:r w:rsidRPr="00645E98">
              <w:t>Place of Incident</w:t>
            </w:r>
          </w:p>
        </w:tc>
        <w:tc>
          <w:tcPr>
            <w:tcW w:w="5155" w:type="dxa"/>
          </w:tcPr>
          <w:p w14:paraId="22DFAE7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0573B594" w14:textId="77777777" w:rsidTr="00D92F21">
        <w:tc>
          <w:tcPr>
            <w:tcW w:w="5155" w:type="dxa"/>
          </w:tcPr>
          <w:p w14:paraId="34342BA0" w14:textId="77777777" w:rsidR="001446C1" w:rsidRPr="00645E98" w:rsidRDefault="00000000" w:rsidP="00645E98">
            <w:pPr>
              <w:pStyle w:val="Style1"/>
            </w:pPr>
            <w:r w:rsidRPr="00645E98">
              <w:t>Claim Type</w:t>
            </w:r>
          </w:p>
        </w:tc>
        <w:tc>
          <w:tcPr>
            <w:tcW w:w="5155" w:type="dxa"/>
          </w:tcPr>
          <w:p w14:paraId="507A78A8" w14:textId="77777777" w:rsidR="001446C1" w:rsidRPr="00645E98" w:rsidRDefault="00000000" w:rsidP="00645E98">
            <w:pPr>
              <w:pStyle w:val="Style1"/>
            </w:pPr>
            <w:r w:rsidRPr="00645E98">
              <w:t>☐ Injury ☐ Permanent Disability ☐ Accidental Death</w:t>
            </w:r>
          </w:p>
        </w:tc>
      </w:tr>
      <w:tr w:rsidR="001446C1" w:rsidRPr="00645E98" w14:paraId="12AD7B66" w14:textId="77777777" w:rsidTr="00D92F21">
        <w:tc>
          <w:tcPr>
            <w:tcW w:w="5155" w:type="dxa"/>
          </w:tcPr>
          <w:p w14:paraId="43099B7F" w14:textId="77777777" w:rsidR="001446C1" w:rsidRPr="00645E98" w:rsidRDefault="00000000" w:rsidP="00645E98">
            <w:pPr>
              <w:pStyle w:val="Style1"/>
            </w:pPr>
            <w:r w:rsidRPr="00645E98">
              <w:t>Was member on official TPM duty?</w:t>
            </w:r>
          </w:p>
        </w:tc>
        <w:tc>
          <w:tcPr>
            <w:tcW w:w="5155" w:type="dxa"/>
          </w:tcPr>
          <w:p w14:paraId="629F41D5" w14:textId="77777777" w:rsidR="001446C1" w:rsidRPr="00645E98" w:rsidRDefault="00000000" w:rsidP="00645E98">
            <w:pPr>
              <w:pStyle w:val="Style1"/>
            </w:pPr>
            <w:r w:rsidRPr="00645E98">
              <w:t>☐ Yes ☐ No ☐ Not applicable</w:t>
            </w:r>
          </w:p>
        </w:tc>
      </w:tr>
      <w:tr w:rsidR="001446C1" w:rsidRPr="00645E98" w14:paraId="109D2AD4" w14:textId="77777777" w:rsidTr="00D92F21">
        <w:tc>
          <w:tcPr>
            <w:tcW w:w="5155" w:type="dxa"/>
          </w:tcPr>
          <w:p w14:paraId="2463A490" w14:textId="77777777" w:rsidR="001446C1" w:rsidRPr="00645E98" w:rsidRDefault="00000000" w:rsidP="00645E98">
            <w:pPr>
              <w:pStyle w:val="Style1"/>
            </w:pPr>
            <w:r w:rsidRPr="00645E98">
              <w:t>Mission/Travel Reference</w:t>
            </w:r>
          </w:p>
        </w:tc>
        <w:tc>
          <w:tcPr>
            <w:tcW w:w="5155" w:type="dxa"/>
          </w:tcPr>
          <w:p w14:paraId="1DACFE1C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0E353C4" w14:textId="77777777" w:rsidTr="00D92F21">
        <w:tc>
          <w:tcPr>
            <w:tcW w:w="5155" w:type="dxa"/>
          </w:tcPr>
          <w:p w14:paraId="7880B265" w14:textId="77777777" w:rsidR="001446C1" w:rsidRPr="00645E98" w:rsidRDefault="00000000" w:rsidP="00645E98">
            <w:pPr>
              <w:pStyle w:val="Style1"/>
            </w:pPr>
            <w:r w:rsidRPr="00645E98">
              <w:t>Description of Incident</w:t>
            </w:r>
          </w:p>
        </w:tc>
        <w:tc>
          <w:tcPr>
            <w:tcW w:w="5155" w:type="dxa"/>
          </w:tcPr>
          <w:p w14:paraId="7C48D36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1EDBF435" w14:textId="77777777" w:rsidTr="00D92F21">
        <w:tc>
          <w:tcPr>
            <w:tcW w:w="5155" w:type="dxa"/>
          </w:tcPr>
          <w:p w14:paraId="7C1139FA" w14:textId="77777777" w:rsidR="001446C1" w:rsidRPr="00645E98" w:rsidRDefault="00000000" w:rsidP="00645E98">
            <w:pPr>
              <w:pStyle w:val="Style1"/>
            </w:pPr>
            <w:r w:rsidRPr="00645E98">
              <w:t>Police/security/incident report available?</w:t>
            </w:r>
          </w:p>
        </w:tc>
        <w:tc>
          <w:tcPr>
            <w:tcW w:w="5155" w:type="dxa"/>
          </w:tcPr>
          <w:p w14:paraId="3BEA195E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6A1FCF32" w14:textId="77777777" w:rsidTr="00D92F21">
        <w:tc>
          <w:tcPr>
            <w:tcW w:w="5155" w:type="dxa"/>
          </w:tcPr>
          <w:p w14:paraId="77344C8C" w14:textId="77777777" w:rsidR="001446C1" w:rsidRPr="00645E98" w:rsidRDefault="00000000" w:rsidP="00645E98">
            <w:pPr>
              <w:pStyle w:val="Style1"/>
            </w:pPr>
            <w:r w:rsidRPr="00645E98">
              <w:t>Treating Facility / Doctor</w:t>
            </w:r>
          </w:p>
        </w:tc>
        <w:tc>
          <w:tcPr>
            <w:tcW w:w="5155" w:type="dxa"/>
          </w:tcPr>
          <w:p w14:paraId="2C699903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7F2428E" w14:textId="77777777" w:rsidTr="00D92F21">
        <w:tc>
          <w:tcPr>
            <w:tcW w:w="5155" w:type="dxa"/>
          </w:tcPr>
          <w:p w14:paraId="615C9976" w14:textId="77777777" w:rsidR="001446C1" w:rsidRPr="00645E98" w:rsidRDefault="00000000" w:rsidP="00645E98">
            <w:pPr>
              <w:pStyle w:val="Style1"/>
            </w:pPr>
            <w:r w:rsidRPr="00645E98">
              <w:t>Injury / Diagnosis</w:t>
            </w:r>
          </w:p>
        </w:tc>
        <w:tc>
          <w:tcPr>
            <w:tcW w:w="5155" w:type="dxa"/>
          </w:tcPr>
          <w:p w14:paraId="38783E13" w14:textId="77777777" w:rsidR="001446C1" w:rsidRPr="00645E98" w:rsidRDefault="001446C1" w:rsidP="00645E98">
            <w:pPr>
              <w:pStyle w:val="Style1"/>
            </w:pPr>
          </w:p>
        </w:tc>
      </w:tr>
    </w:tbl>
    <w:p w14:paraId="23F031C1" w14:textId="77777777" w:rsidR="001446C1" w:rsidRPr="00645E98" w:rsidRDefault="001446C1" w:rsidP="00645E98">
      <w:pPr>
        <w:pStyle w:val="Style1"/>
      </w:pPr>
    </w:p>
    <w:p w14:paraId="50B18FCE" w14:textId="77777777" w:rsidR="001446C1" w:rsidRPr="00645E98" w:rsidRDefault="00000000" w:rsidP="00645E98">
      <w:pPr>
        <w:pStyle w:val="Style1"/>
      </w:pPr>
      <w:r w:rsidRPr="00645E98">
        <w:t>BCS Duty Confirmation: I confirm the stated duty/travel status based on available BCS records.</w:t>
      </w:r>
    </w:p>
    <w:p w14:paraId="46E6B1BE" w14:textId="3533982C" w:rsidR="006F7932" w:rsidRDefault="00000000" w:rsidP="00645E98">
      <w:pPr>
        <w:pStyle w:val="Style1"/>
      </w:pPr>
      <w:r w:rsidRPr="00645E98">
        <w:t>BCS Authorized Name/Signature: ______________________________    Date: __________________</w:t>
      </w:r>
    </w:p>
    <w:p w14:paraId="556F9853" w14:textId="77777777" w:rsidR="001446C1" w:rsidRPr="00645E98" w:rsidRDefault="001446C1" w:rsidP="00645E98">
      <w:pPr>
        <w:pStyle w:val="Style1"/>
      </w:pP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